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91004" w:rsidRDefault="00BC7BEF">
      <w:pPr>
        <w:jc w:val="center"/>
      </w:pPr>
      <w:bookmarkStart w:id="0" w:name="_GoBack"/>
      <w:bookmarkEnd w:id="0"/>
      <w:r>
        <w:rPr>
          <w:noProof/>
        </w:rPr>
        <w:drawing>
          <wp:inline distT="0" distB="0" distL="0" distR="0">
            <wp:extent cx="5029200" cy="37947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3B29CEE-4F7C-47AA-B74C-9F99EF499123.jpe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794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1004" w:rsidRDefault="00BC7BEF">
      <w:pPr>
        <w:jc w:val="center"/>
      </w:pPr>
      <w:r>
        <w:rPr>
          <w:b/>
          <w:sz w:val="36"/>
        </w:rPr>
        <w:t>EMPLOYMENT APPLICATION</w:t>
      </w:r>
    </w:p>
    <w:p w:rsidR="00C91004" w:rsidRDefault="00BC7BEF">
      <w:pPr>
        <w:jc w:val="center"/>
      </w:pPr>
      <w:r>
        <w:rPr>
          <w:i/>
          <w:sz w:val="22"/>
        </w:rPr>
        <w:t>Columbus Transportation &amp; Logistics LLC</w:t>
      </w:r>
    </w:p>
    <w:p w:rsidR="00C91004" w:rsidRDefault="00C91004"/>
    <w:p w:rsidR="00C91004" w:rsidRDefault="00BC7BEF">
      <w:r>
        <w:t>Please complete all sections completely and accurately. Incomplete applications may delay processing or disqualify consideration for employment.</w:t>
      </w:r>
    </w:p>
    <w:p w:rsidR="00C91004" w:rsidRDefault="00BC7BEF">
      <w:r>
        <w:rPr>
          <w:b/>
          <w:sz w:val="26"/>
        </w:rPr>
        <w:t>PERSONAL INFORMATION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28"/>
        <w:gridCol w:w="6000"/>
      </w:tblGrid>
      <w:tr w:rsidR="00C91004">
        <w:tc>
          <w:tcPr>
            <w:tcW w:w="5256" w:type="dxa"/>
          </w:tcPr>
          <w:p w:rsidR="00C91004" w:rsidRDefault="00BC7BEF">
            <w:r>
              <w:t>Full Legal Name</w:t>
            </w:r>
          </w:p>
        </w:tc>
        <w:tc>
          <w:tcPr>
            <w:tcW w:w="5256" w:type="dxa"/>
          </w:tcPr>
          <w:p w:rsidR="00C91004" w:rsidRDefault="00BC7BEF">
            <w:r>
              <w:t>____________________________________________________</w:t>
            </w:r>
          </w:p>
        </w:tc>
      </w:tr>
      <w:tr w:rsidR="00C91004">
        <w:tc>
          <w:tcPr>
            <w:tcW w:w="5256" w:type="dxa"/>
          </w:tcPr>
          <w:p w:rsidR="00C91004" w:rsidRDefault="00BC7BEF">
            <w:r>
              <w:t>Street Address</w:t>
            </w:r>
          </w:p>
        </w:tc>
        <w:tc>
          <w:tcPr>
            <w:tcW w:w="5256" w:type="dxa"/>
          </w:tcPr>
          <w:p w:rsidR="00C91004" w:rsidRDefault="00BC7BEF">
            <w:r>
              <w:t>____________________________________________________</w:t>
            </w:r>
          </w:p>
        </w:tc>
      </w:tr>
      <w:tr w:rsidR="00C91004">
        <w:tc>
          <w:tcPr>
            <w:tcW w:w="5256" w:type="dxa"/>
          </w:tcPr>
          <w:p w:rsidR="00C91004" w:rsidRDefault="00BC7BEF">
            <w:r>
              <w:t>City, State, ZIP</w:t>
            </w:r>
          </w:p>
        </w:tc>
        <w:tc>
          <w:tcPr>
            <w:tcW w:w="5256" w:type="dxa"/>
          </w:tcPr>
          <w:p w:rsidR="00C91004" w:rsidRDefault="00BC7BEF">
            <w:r>
              <w:t>____________________________________________________</w:t>
            </w:r>
          </w:p>
        </w:tc>
      </w:tr>
      <w:tr w:rsidR="00C91004">
        <w:tc>
          <w:tcPr>
            <w:tcW w:w="5256" w:type="dxa"/>
          </w:tcPr>
          <w:p w:rsidR="00C91004" w:rsidRDefault="00BC7BEF">
            <w:r>
              <w:t>Phone Number</w:t>
            </w:r>
          </w:p>
        </w:tc>
        <w:tc>
          <w:tcPr>
            <w:tcW w:w="5256" w:type="dxa"/>
          </w:tcPr>
          <w:p w:rsidR="00C91004" w:rsidRDefault="00BC7BEF">
            <w:r>
              <w:t>_________________________________________________</w:t>
            </w:r>
            <w:r>
              <w:t>___</w:t>
            </w:r>
          </w:p>
        </w:tc>
      </w:tr>
      <w:tr w:rsidR="00C91004">
        <w:tc>
          <w:tcPr>
            <w:tcW w:w="5256" w:type="dxa"/>
          </w:tcPr>
          <w:p w:rsidR="00C91004" w:rsidRDefault="00BC7BEF">
            <w:r>
              <w:t>Email Address</w:t>
            </w:r>
          </w:p>
        </w:tc>
        <w:tc>
          <w:tcPr>
            <w:tcW w:w="5256" w:type="dxa"/>
          </w:tcPr>
          <w:p w:rsidR="00C91004" w:rsidRDefault="00BC7BEF">
            <w:r>
              <w:t>____________________________________________________</w:t>
            </w:r>
          </w:p>
        </w:tc>
      </w:tr>
      <w:tr w:rsidR="00C91004">
        <w:tc>
          <w:tcPr>
            <w:tcW w:w="5256" w:type="dxa"/>
          </w:tcPr>
          <w:p w:rsidR="00C91004" w:rsidRDefault="00BC7BEF">
            <w:r>
              <w:t>Social Security Number</w:t>
            </w:r>
          </w:p>
        </w:tc>
        <w:tc>
          <w:tcPr>
            <w:tcW w:w="5256" w:type="dxa"/>
          </w:tcPr>
          <w:p w:rsidR="00C91004" w:rsidRDefault="00BC7BEF">
            <w:r>
              <w:t>____________________________________________________</w:t>
            </w:r>
          </w:p>
        </w:tc>
      </w:tr>
      <w:tr w:rsidR="00C91004">
        <w:tc>
          <w:tcPr>
            <w:tcW w:w="5256" w:type="dxa"/>
          </w:tcPr>
          <w:p w:rsidR="00C91004" w:rsidRDefault="00BC7BEF">
            <w:r>
              <w:t>Date Available</w:t>
            </w:r>
          </w:p>
        </w:tc>
        <w:tc>
          <w:tcPr>
            <w:tcW w:w="5256" w:type="dxa"/>
          </w:tcPr>
          <w:p w:rsidR="00C91004" w:rsidRDefault="00BC7BEF">
            <w:r>
              <w:t>____________________________________________________</w:t>
            </w:r>
          </w:p>
        </w:tc>
      </w:tr>
      <w:tr w:rsidR="00C91004">
        <w:tc>
          <w:tcPr>
            <w:tcW w:w="5256" w:type="dxa"/>
          </w:tcPr>
          <w:p w:rsidR="00C91004" w:rsidRDefault="00BC7BEF">
            <w:r>
              <w:t>Position Applying For</w:t>
            </w:r>
          </w:p>
        </w:tc>
        <w:tc>
          <w:tcPr>
            <w:tcW w:w="5256" w:type="dxa"/>
          </w:tcPr>
          <w:p w:rsidR="00C91004" w:rsidRDefault="00BC7BEF">
            <w:r>
              <w:t>____________________________________________________</w:t>
            </w:r>
          </w:p>
        </w:tc>
      </w:tr>
    </w:tbl>
    <w:p w:rsidR="00C91004" w:rsidRDefault="00C91004"/>
    <w:p w:rsidR="00C91004" w:rsidRDefault="00BC7BEF">
      <w:r>
        <w:rPr>
          <w:b/>
          <w:sz w:val="26"/>
        </w:rPr>
        <w:t>COMMERCIAL DRIVER QUALIFICATIONS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28"/>
        <w:gridCol w:w="6000"/>
      </w:tblGrid>
      <w:tr w:rsidR="00C91004">
        <w:tc>
          <w:tcPr>
            <w:tcW w:w="5256" w:type="dxa"/>
          </w:tcPr>
          <w:p w:rsidR="00C91004" w:rsidRDefault="00BC7BEF">
            <w:r>
              <w:t>CDL Class</w:t>
            </w:r>
          </w:p>
        </w:tc>
        <w:tc>
          <w:tcPr>
            <w:tcW w:w="5256" w:type="dxa"/>
          </w:tcPr>
          <w:p w:rsidR="00C91004" w:rsidRDefault="00BC7BEF">
            <w:r>
              <w:t>____________________________________________________</w:t>
            </w:r>
          </w:p>
        </w:tc>
      </w:tr>
      <w:tr w:rsidR="00C91004">
        <w:tc>
          <w:tcPr>
            <w:tcW w:w="5256" w:type="dxa"/>
          </w:tcPr>
          <w:p w:rsidR="00C91004" w:rsidRDefault="00BC7BEF">
            <w:r>
              <w:t>License Number</w:t>
            </w:r>
          </w:p>
        </w:tc>
        <w:tc>
          <w:tcPr>
            <w:tcW w:w="5256" w:type="dxa"/>
          </w:tcPr>
          <w:p w:rsidR="00C91004" w:rsidRDefault="00BC7BEF">
            <w:r>
              <w:t>_____________</w:t>
            </w:r>
            <w:r>
              <w:t>_______________________________________</w:t>
            </w:r>
          </w:p>
        </w:tc>
      </w:tr>
      <w:tr w:rsidR="00C91004">
        <w:tc>
          <w:tcPr>
            <w:tcW w:w="5256" w:type="dxa"/>
          </w:tcPr>
          <w:p w:rsidR="00C91004" w:rsidRDefault="00BC7BEF">
            <w:r>
              <w:t>State of Issue</w:t>
            </w:r>
          </w:p>
        </w:tc>
        <w:tc>
          <w:tcPr>
            <w:tcW w:w="5256" w:type="dxa"/>
          </w:tcPr>
          <w:p w:rsidR="00C91004" w:rsidRDefault="00BC7BEF">
            <w:r>
              <w:t>____________________________________________________</w:t>
            </w:r>
          </w:p>
        </w:tc>
      </w:tr>
      <w:tr w:rsidR="00C91004">
        <w:tc>
          <w:tcPr>
            <w:tcW w:w="5256" w:type="dxa"/>
          </w:tcPr>
          <w:p w:rsidR="00C91004" w:rsidRDefault="00BC7BEF">
            <w:r>
              <w:t>Expiration Date</w:t>
            </w:r>
          </w:p>
        </w:tc>
        <w:tc>
          <w:tcPr>
            <w:tcW w:w="5256" w:type="dxa"/>
          </w:tcPr>
          <w:p w:rsidR="00C91004" w:rsidRDefault="00BC7BEF">
            <w:r>
              <w:t>____________________________________________________</w:t>
            </w:r>
          </w:p>
        </w:tc>
      </w:tr>
      <w:tr w:rsidR="00C91004">
        <w:tc>
          <w:tcPr>
            <w:tcW w:w="5256" w:type="dxa"/>
          </w:tcPr>
          <w:p w:rsidR="00C91004" w:rsidRDefault="00BC7BEF">
            <w:r>
              <w:t>Endorsements</w:t>
            </w:r>
          </w:p>
        </w:tc>
        <w:tc>
          <w:tcPr>
            <w:tcW w:w="5256" w:type="dxa"/>
          </w:tcPr>
          <w:p w:rsidR="00C91004" w:rsidRDefault="00BC7BEF">
            <w:r>
              <w:t>____________________________________________________</w:t>
            </w:r>
          </w:p>
        </w:tc>
      </w:tr>
      <w:tr w:rsidR="00C91004">
        <w:tc>
          <w:tcPr>
            <w:tcW w:w="5256" w:type="dxa"/>
          </w:tcPr>
          <w:p w:rsidR="00C91004" w:rsidRDefault="00BC7BEF">
            <w:r>
              <w:t>DOT Medic</w:t>
            </w:r>
            <w:r>
              <w:t>al Card Expiration</w:t>
            </w:r>
          </w:p>
        </w:tc>
        <w:tc>
          <w:tcPr>
            <w:tcW w:w="5256" w:type="dxa"/>
          </w:tcPr>
          <w:p w:rsidR="00C91004" w:rsidRDefault="00BC7BEF">
            <w:r>
              <w:t>____________________________________________________</w:t>
            </w:r>
          </w:p>
        </w:tc>
      </w:tr>
      <w:tr w:rsidR="00C91004">
        <w:tc>
          <w:tcPr>
            <w:tcW w:w="5256" w:type="dxa"/>
          </w:tcPr>
          <w:p w:rsidR="00C91004" w:rsidRDefault="00BC7BEF">
            <w:r>
              <w:t>TWIC Card (Yes/No)</w:t>
            </w:r>
          </w:p>
        </w:tc>
        <w:tc>
          <w:tcPr>
            <w:tcW w:w="5256" w:type="dxa"/>
          </w:tcPr>
          <w:p w:rsidR="00C91004" w:rsidRDefault="00BC7BEF">
            <w:r>
              <w:t>____________________________________________________</w:t>
            </w:r>
          </w:p>
        </w:tc>
      </w:tr>
      <w:tr w:rsidR="00C91004">
        <w:tc>
          <w:tcPr>
            <w:tcW w:w="5256" w:type="dxa"/>
          </w:tcPr>
          <w:p w:rsidR="00C91004" w:rsidRDefault="00BC7BEF">
            <w:r>
              <w:t>Hazmat Endorsement (Yes/No)</w:t>
            </w:r>
          </w:p>
        </w:tc>
        <w:tc>
          <w:tcPr>
            <w:tcW w:w="5256" w:type="dxa"/>
          </w:tcPr>
          <w:p w:rsidR="00C91004" w:rsidRDefault="00BC7BEF">
            <w:r>
              <w:t>____________________________________________________</w:t>
            </w:r>
          </w:p>
        </w:tc>
      </w:tr>
    </w:tbl>
    <w:p w:rsidR="00C91004" w:rsidRDefault="00C91004"/>
    <w:p w:rsidR="00C91004" w:rsidRDefault="00BC7BEF">
      <w:r>
        <w:rPr>
          <w:b/>
          <w:sz w:val="26"/>
        </w:rPr>
        <w:lastRenderedPageBreak/>
        <w:t>EMPLOYMENT HISTORY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28"/>
        <w:gridCol w:w="6000"/>
      </w:tblGrid>
      <w:tr w:rsidR="00C91004">
        <w:tc>
          <w:tcPr>
            <w:tcW w:w="5256" w:type="dxa"/>
          </w:tcPr>
          <w:p w:rsidR="00C91004" w:rsidRDefault="00BC7BEF">
            <w:r>
              <w:t>Current / Most Recent Employer</w:t>
            </w:r>
          </w:p>
        </w:tc>
        <w:tc>
          <w:tcPr>
            <w:tcW w:w="5256" w:type="dxa"/>
          </w:tcPr>
          <w:p w:rsidR="00C91004" w:rsidRDefault="00BC7BEF">
            <w:r>
              <w:t>____________________________________________________</w:t>
            </w:r>
          </w:p>
        </w:tc>
      </w:tr>
      <w:tr w:rsidR="00C91004">
        <w:tc>
          <w:tcPr>
            <w:tcW w:w="5256" w:type="dxa"/>
          </w:tcPr>
          <w:p w:rsidR="00C91004" w:rsidRDefault="00BC7BEF">
            <w:r>
              <w:t>Supervisor Name</w:t>
            </w:r>
          </w:p>
        </w:tc>
        <w:tc>
          <w:tcPr>
            <w:tcW w:w="5256" w:type="dxa"/>
          </w:tcPr>
          <w:p w:rsidR="00C91004" w:rsidRDefault="00BC7BEF">
            <w:r>
              <w:t>____________________________________________________</w:t>
            </w:r>
          </w:p>
        </w:tc>
      </w:tr>
      <w:tr w:rsidR="00C91004">
        <w:tc>
          <w:tcPr>
            <w:tcW w:w="5256" w:type="dxa"/>
          </w:tcPr>
          <w:p w:rsidR="00C91004" w:rsidRDefault="00BC7BEF">
            <w:r>
              <w:t>Position Held</w:t>
            </w:r>
          </w:p>
        </w:tc>
        <w:tc>
          <w:tcPr>
            <w:tcW w:w="5256" w:type="dxa"/>
          </w:tcPr>
          <w:p w:rsidR="00C91004" w:rsidRDefault="00BC7BEF">
            <w:r>
              <w:t>_____________</w:t>
            </w:r>
            <w:r>
              <w:t>_______________________________________</w:t>
            </w:r>
          </w:p>
        </w:tc>
      </w:tr>
      <w:tr w:rsidR="00C91004">
        <w:tc>
          <w:tcPr>
            <w:tcW w:w="5256" w:type="dxa"/>
          </w:tcPr>
          <w:p w:rsidR="00C91004" w:rsidRDefault="00BC7BEF">
            <w:r>
              <w:t>Employment Dates</w:t>
            </w:r>
          </w:p>
        </w:tc>
        <w:tc>
          <w:tcPr>
            <w:tcW w:w="5256" w:type="dxa"/>
          </w:tcPr>
          <w:p w:rsidR="00C91004" w:rsidRDefault="00BC7BEF">
            <w:r>
              <w:t>____________________________________________________</w:t>
            </w:r>
          </w:p>
        </w:tc>
      </w:tr>
      <w:tr w:rsidR="00C91004">
        <w:tc>
          <w:tcPr>
            <w:tcW w:w="5256" w:type="dxa"/>
          </w:tcPr>
          <w:p w:rsidR="00C91004" w:rsidRDefault="00BC7BEF">
            <w:r>
              <w:t>Reason for Leaving</w:t>
            </w:r>
          </w:p>
        </w:tc>
        <w:tc>
          <w:tcPr>
            <w:tcW w:w="5256" w:type="dxa"/>
          </w:tcPr>
          <w:p w:rsidR="00C91004" w:rsidRDefault="00BC7BEF">
            <w:r>
              <w:t>____________________________________________________</w:t>
            </w:r>
          </w:p>
        </w:tc>
      </w:tr>
      <w:tr w:rsidR="00C91004">
        <w:tc>
          <w:tcPr>
            <w:tcW w:w="5256" w:type="dxa"/>
          </w:tcPr>
          <w:p w:rsidR="00C91004" w:rsidRDefault="00BC7BEF">
            <w:r>
              <w:t>May We Contact Employer?</w:t>
            </w:r>
          </w:p>
        </w:tc>
        <w:tc>
          <w:tcPr>
            <w:tcW w:w="5256" w:type="dxa"/>
          </w:tcPr>
          <w:p w:rsidR="00C91004" w:rsidRDefault="00BC7BEF">
            <w:r>
              <w:t>____________________________________________________</w:t>
            </w:r>
          </w:p>
        </w:tc>
      </w:tr>
    </w:tbl>
    <w:p w:rsidR="00C91004" w:rsidRDefault="00C91004"/>
    <w:p w:rsidR="00C91004" w:rsidRDefault="00BC7BEF">
      <w:r>
        <w:rPr>
          <w:b/>
          <w:sz w:val="26"/>
        </w:rPr>
        <w:t>DRIVING EXPERIENCE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28"/>
        <w:gridCol w:w="6000"/>
      </w:tblGrid>
      <w:tr w:rsidR="00C91004">
        <w:tc>
          <w:tcPr>
            <w:tcW w:w="5256" w:type="dxa"/>
          </w:tcPr>
          <w:p w:rsidR="00C91004" w:rsidRDefault="00BC7BEF">
            <w:r>
              <w:t>Years of CDL Experience</w:t>
            </w:r>
          </w:p>
        </w:tc>
        <w:tc>
          <w:tcPr>
            <w:tcW w:w="5256" w:type="dxa"/>
          </w:tcPr>
          <w:p w:rsidR="00C91004" w:rsidRDefault="00BC7BEF">
            <w:r>
              <w:t>____________________________________________________</w:t>
            </w:r>
          </w:p>
        </w:tc>
      </w:tr>
      <w:tr w:rsidR="00C91004">
        <w:tc>
          <w:tcPr>
            <w:tcW w:w="5256" w:type="dxa"/>
          </w:tcPr>
          <w:p w:rsidR="00C91004" w:rsidRDefault="00BC7BEF">
            <w:r>
              <w:t>OTR Experience</w:t>
            </w:r>
          </w:p>
        </w:tc>
        <w:tc>
          <w:tcPr>
            <w:tcW w:w="5256" w:type="dxa"/>
          </w:tcPr>
          <w:p w:rsidR="00C91004" w:rsidRDefault="00BC7BEF">
            <w:r>
              <w:t>____________________________________________________</w:t>
            </w:r>
          </w:p>
        </w:tc>
      </w:tr>
      <w:tr w:rsidR="00C91004">
        <w:tc>
          <w:tcPr>
            <w:tcW w:w="5256" w:type="dxa"/>
          </w:tcPr>
          <w:p w:rsidR="00C91004" w:rsidRDefault="00BC7BEF">
            <w:r>
              <w:t>Regional Experience</w:t>
            </w:r>
          </w:p>
        </w:tc>
        <w:tc>
          <w:tcPr>
            <w:tcW w:w="5256" w:type="dxa"/>
          </w:tcPr>
          <w:p w:rsidR="00C91004" w:rsidRDefault="00BC7BEF">
            <w:r>
              <w:t>_______________</w:t>
            </w:r>
            <w:r>
              <w:t>_____________________________________</w:t>
            </w:r>
          </w:p>
        </w:tc>
      </w:tr>
      <w:tr w:rsidR="00C91004">
        <w:tc>
          <w:tcPr>
            <w:tcW w:w="5256" w:type="dxa"/>
          </w:tcPr>
          <w:p w:rsidR="00C91004" w:rsidRDefault="00BC7BEF">
            <w:r>
              <w:t>Local Delivery Experience</w:t>
            </w:r>
          </w:p>
        </w:tc>
        <w:tc>
          <w:tcPr>
            <w:tcW w:w="5256" w:type="dxa"/>
          </w:tcPr>
          <w:p w:rsidR="00C91004" w:rsidRDefault="00BC7BEF">
            <w:r>
              <w:t>____________________________________________________</w:t>
            </w:r>
          </w:p>
        </w:tc>
      </w:tr>
      <w:tr w:rsidR="00C91004">
        <w:tc>
          <w:tcPr>
            <w:tcW w:w="5256" w:type="dxa"/>
          </w:tcPr>
          <w:p w:rsidR="00C91004" w:rsidRDefault="00BC7BEF">
            <w:r>
              <w:t>Types of Equipment Operated</w:t>
            </w:r>
          </w:p>
        </w:tc>
        <w:tc>
          <w:tcPr>
            <w:tcW w:w="5256" w:type="dxa"/>
          </w:tcPr>
          <w:p w:rsidR="00C91004" w:rsidRDefault="00BC7BEF">
            <w:r>
              <w:t>____________________________________________________</w:t>
            </w:r>
          </w:p>
        </w:tc>
      </w:tr>
    </w:tbl>
    <w:p w:rsidR="00C91004" w:rsidRDefault="00C91004"/>
    <w:p w:rsidR="00C91004" w:rsidRDefault="00BC7BEF">
      <w:r>
        <w:rPr>
          <w:b/>
          <w:sz w:val="26"/>
        </w:rPr>
        <w:t>SAFETY &amp; COMPLIANCE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28"/>
        <w:gridCol w:w="6000"/>
      </w:tblGrid>
      <w:tr w:rsidR="00C91004">
        <w:tc>
          <w:tcPr>
            <w:tcW w:w="5256" w:type="dxa"/>
          </w:tcPr>
          <w:p w:rsidR="00C91004" w:rsidRDefault="00BC7BEF">
            <w:r>
              <w:t>Accidents in Last 3 Years</w:t>
            </w:r>
          </w:p>
        </w:tc>
        <w:tc>
          <w:tcPr>
            <w:tcW w:w="5256" w:type="dxa"/>
          </w:tcPr>
          <w:p w:rsidR="00C91004" w:rsidRDefault="00BC7BEF">
            <w:r>
              <w:t>____________________________________________________</w:t>
            </w:r>
          </w:p>
        </w:tc>
      </w:tr>
      <w:tr w:rsidR="00C91004">
        <w:tc>
          <w:tcPr>
            <w:tcW w:w="5256" w:type="dxa"/>
          </w:tcPr>
          <w:p w:rsidR="00C91004" w:rsidRDefault="00BC7BEF">
            <w:r>
              <w:t>Traffic Violations in Last 3 Years</w:t>
            </w:r>
          </w:p>
        </w:tc>
        <w:tc>
          <w:tcPr>
            <w:tcW w:w="5256" w:type="dxa"/>
          </w:tcPr>
          <w:p w:rsidR="00C91004" w:rsidRDefault="00BC7BEF">
            <w:r>
              <w:t>____________________________________________________</w:t>
            </w:r>
          </w:p>
        </w:tc>
      </w:tr>
      <w:tr w:rsidR="00C91004">
        <w:tc>
          <w:tcPr>
            <w:tcW w:w="5256" w:type="dxa"/>
          </w:tcPr>
          <w:p w:rsidR="00C91004" w:rsidRDefault="00BC7BEF">
            <w:r>
              <w:t>Failed Drug/Alcohol Tests</w:t>
            </w:r>
          </w:p>
        </w:tc>
        <w:tc>
          <w:tcPr>
            <w:tcW w:w="5256" w:type="dxa"/>
          </w:tcPr>
          <w:p w:rsidR="00C91004" w:rsidRDefault="00BC7BEF">
            <w:r>
              <w:t>____________________________________________________</w:t>
            </w:r>
          </w:p>
        </w:tc>
      </w:tr>
      <w:tr w:rsidR="00C91004">
        <w:tc>
          <w:tcPr>
            <w:tcW w:w="5256" w:type="dxa"/>
          </w:tcPr>
          <w:p w:rsidR="00C91004" w:rsidRDefault="00BC7BEF">
            <w:r>
              <w:t>Able to Meet DOT Requirements?</w:t>
            </w:r>
          </w:p>
        </w:tc>
        <w:tc>
          <w:tcPr>
            <w:tcW w:w="5256" w:type="dxa"/>
          </w:tcPr>
          <w:p w:rsidR="00C91004" w:rsidRDefault="00BC7BEF">
            <w:r>
              <w:t>__</w:t>
            </w:r>
            <w:r>
              <w:t>__________________________________________________</w:t>
            </w:r>
          </w:p>
        </w:tc>
      </w:tr>
    </w:tbl>
    <w:p w:rsidR="00C91004" w:rsidRDefault="00C91004"/>
    <w:p w:rsidR="00C91004" w:rsidRDefault="00BC7BEF">
      <w:r>
        <w:rPr>
          <w:b/>
          <w:sz w:val="26"/>
        </w:rPr>
        <w:t>REFERENCES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28"/>
        <w:gridCol w:w="6000"/>
      </w:tblGrid>
      <w:tr w:rsidR="00C91004">
        <w:tc>
          <w:tcPr>
            <w:tcW w:w="5256" w:type="dxa"/>
          </w:tcPr>
          <w:p w:rsidR="00C91004" w:rsidRDefault="00BC7BEF">
            <w:r>
              <w:t>Professional Reference #1</w:t>
            </w:r>
          </w:p>
        </w:tc>
        <w:tc>
          <w:tcPr>
            <w:tcW w:w="5256" w:type="dxa"/>
          </w:tcPr>
          <w:p w:rsidR="00C91004" w:rsidRDefault="00BC7BEF">
            <w:r>
              <w:t>____________________________________________________</w:t>
            </w:r>
          </w:p>
        </w:tc>
      </w:tr>
      <w:tr w:rsidR="00C91004">
        <w:tc>
          <w:tcPr>
            <w:tcW w:w="5256" w:type="dxa"/>
          </w:tcPr>
          <w:p w:rsidR="00C91004" w:rsidRDefault="00BC7BEF">
            <w:r>
              <w:t>Professional Reference #2</w:t>
            </w:r>
          </w:p>
        </w:tc>
        <w:tc>
          <w:tcPr>
            <w:tcW w:w="5256" w:type="dxa"/>
          </w:tcPr>
          <w:p w:rsidR="00C91004" w:rsidRDefault="00BC7BEF">
            <w:r>
              <w:t>____________________________________________________</w:t>
            </w:r>
          </w:p>
        </w:tc>
      </w:tr>
      <w:tr w:rsidR="00C91004">
        <w:tc>
          <w:tcPr>
            <w:tcW w:w="5256" w:type="dxa"/>
          </w:tcPr>
          <w:p w:rsidR="00C91004" w:rsidRDefault="00BC7BEF">
            <w:r>
              <w:t>Professional Reference #3</w:t>
            </w:r>
          </w:p>
        </w:tc>
        <w:tc>
          <w:tcPr>
            <w:tcW w:w="5256" w:type="dxa"/>
          </w:tcPr>
          <w:p w:rsidR="00C91004" w:rsidRDefault="00BC7BEF">
            <w:r>
              <w:t>______</w:t>
            </w:r>
            <w:r>
              <w:t>______________________________________________</w:t>
            </w:r>
          </w:p>
        </w:tc>
      </w:tr>
    </w:tbl>
    <w:p w:rsidR="00C91004" w:rsidRDefault="00C91004"/>
    <w:p w:rsidR="00C91004" w:rsidRDefault="00BC7BEF">
      <w:r>
        <w:rPr>
          <w:b/>
          <w:sz w:val="26"/>
        </w:rPr>
        <w:t>LEGAL AUTHORIZATIONS &amp; DISCLOSURES</w:t>
      </w:r>
    </w:p>
    <w:p w:rsidR="00C91004" w:rsidRDefault="00BC7BEF">
      <w:r>
        <w:rPr>
          <w:b/>
        </w:rPr>
        <w:t>AT-WILL EMPLOYMENT</w:t>
      </w:r>
      <w:r>
        <w:rPr>
          <w:b/>
        </w:rPr>
        <w:br/>
      </w:r>
      <w:r>
        <w:t xml:space="preserve">If hired, employment with Columbus Transportation &amp; Logistics LLC is at-will. Either the employee or the company may terminate employment at any </w:t>
      </w:r>
      <w:r>
        <w:t>time, with or without cause or notice, subject to applicable law.</w:t>
      </w:r>
    </w:p>
    <w:p w:rsidR="00C91004" w:rsidRDefault="00BC7BEF">
      <w:r>
        <w:rPr>
          <w:b/>
        </w:rPr>
        <w:t>BACKGROUND CHECK AUTHORIZATION</w:t>
      </w:r>
      <w:r>
        <w:rPr>
          <w:b/>
        </w:rPr>
        <w:br/>
      </w:r>
      <w:r>
        <w:t>I authorize Columbus Transportation &amp; Logistics LLC to conduct investigations into my employment history, criminal history, driving records, education, referen</w:t>
      </w:r>
      <w:r>
        <w:t>ces, and other relevant background information.</w:t>
      </w:r>
    </w:p>
    <w:p w:rsidR="00C91004" w:rsidRDefault="00BC7BEF">
      <w:r>
        <w:rPr>
          <w:b/>
        </w:rPr>
        <w:t>DRUG &amp; ALCOHOL TESTING CONSENT</w:t>
      </w:r>
      <w:r>
        <w:rPr>
          <w:b/>
        </w:rPr>
        <w:br/>
      </w:r>
      <w:r>
        <w:t>I understand that employment may be contingent upon passing pre-employment, random, post-accident, reasonable suspicion, and return-to-duty drug and alcohol testing in complianc</w:t>
      </w:r>
      <w:r>
        <w:t>e with DOT and company policies.</w:t>
      </w:r>
    </w:p>
    <w:p w:rsidR="00C91004" w:rsidRDefault="00BC7BEF">
      <w:r>
        <w:rPr>
          <w:b/>
        </w:rPr>
        <w:t>FAIR CREDIT REPORTING ACT DISCLOSURE</w:t>
      </w:r>
      <w:r>
        <w:rPr>
          <w:b/>
        </w:rPr>
        <w:br/>
      </w:r>
      <w:r>
        <w:t>I understand that a consumer report and/or investigative consumer report may be obtained for employment purposes in accordance with the Fair Credit Reporting Act (FCRA).</w:t>
      </w:r>
    </w:p>
    <w:p w:rsidR="00C91004" w:rsidRDefault="00BC7BEF">
      <w:r>
        <w:rPr>
          <w:b/>
        </w:rPr>
        <w:t>DOT COMPLIANCE A</w:t>
      </w:r>
      <w:r>
        <w:rPr>
          <w:b/>
        </w:rPr>
        <w:t>CKNOWLEDGMENT</w:t>
      </w:r>
      <w:r>
        <w:rPr>
          <w:b/>
        </w:rPr>
        <w:br/>
      </w:r>
      <w:r>
        <w:t>I certify that I can comply with all applicable Federal Motor Carrier Safety Administration (FMCSA) and Department of Transportation (DOT) regulations and requirements.</w:t>
      </w:r>
    </w:p>
    <w:p w:rsidR="00C91004" w:rsidRDefault="00BC7BEF">
      <w:r>
        <w:rPr>
          <w:b/>
        </w:rPr>
        <w:t>EQUAL EMPLOYMENT OPPORTUNITY</w:t>
      </w:r>
      <w:r>
        <w:rPr>
          <w:b/>
        </w:rPr>
        <w:br/>
      </w:r>
      <w:r>
        <w:t>Columbus Transportation &amp; Logistics LLC prov</w:t>
      </w:r>
      <w:r>
        <w:t xml:space="preserve">ides equal employment opportunities to all applicants and employees </w:t>
      </w:r>
      <w:r>
        <w:lastRenderedPageBreak/>
        <w:t>without regard to race, color, religion, sex, national origin, age, disability, veteran status, or any other protected classification under applicable law.</w:t>
      </w:r>
    </w:p>
    <w:p w:rsidR="00C91004" w:rsidRDefault="00C91004"/>
    <w:p w:rsidR="00C91004" w:rsidRDefault="00BC7BEF">
      <w:r>
        <w:rPr>
          <w:b/>
        </w:rPr>
        <w:t>APPLICANT CERTIFICATION</w:t>
      </w:r>
      <w:r>
        <w:rPr>
          <w:b/>
        </w:rPr>
        <w:br/>
      </w:r>
      <w:r>
        <w:rPr>
          <w:b/>
        </w:rPr>
        <w:br/>
        <w:t>I cert</w:t>
      </w:r>
      <w:r>
        <w:rPr>
          <w:b/>
        </w:rPr>
        <w:t>ify that all information provided in this application is true, complete, and accurate. I understand that false statements, omissions, or misrepresentations may result in rejection of my application or termination of employment if discovered after hire.</w:t>
      </w:r>
    </w:p>
    <w:p w:rsidR="00C91004" w:rsidRDefault="00C9100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56"/>
        <w:gridCol w:w="5256"/>
      </w:tblGrid>
      <w:tr w:rsidR="00C91004">
        <w:tc>
          <w:tcPr>
            <w:tcW w:w="5256" w:type="dxa"/>
          </w:tcPr>
          <w:p w:rsidR="00C91004" w:rsidRDefault="00BC7BEF">
            <w:r>
              <w:t>Ap</w:t>
            </w:r>
            <w:r>
              <w:t>plicant Signature</w:t>
            </w:r>
          </w:p>
        </w:tc>
        <w:tc>
          <w:tcPr>
            <w:tcW w:w="5256" w:type="dxa"/>
          </w:tcPr>
          <w:p w:rsidR="00C91004" w:rsidRDefault="00BC7BEF">
            <w:r>
              <w:t>________________________________________</w:t>
            </w:r>
          </w:p>
        </w:tc>
      </w:tr>
      <w:tr w:rsidR="00C91004">
        <w:tc>
          <w:tcPr>
            <w:tcW w:w="5256" w:type="dxa"/>
          </w:tcPr>
          <w:p w:rsidR="00C91004" w:rsidRDefault="00BC7BEF">
            <w:r>
              <w:t>Printed Name</w:t>
            </w:r>
          </w:p>
        </w:tc>
        <w:tc>
          <w:tcPr>
            <w:tcW w:w="5256" w:type="dxa"/>
          </w:tcPr>
          <w:p w:rsidR="00C91004" w:rsidRDefault="00BC7BEF">
            <w:r>
              <w:t>________________________________________</w:t>
            </w:r>
          </w:p>
        </w:tc>
      </w:tr>
      <w:tr w:rsidR="00C91004">
        <w:tc>
          <w:tcPr>
            <w:tcW w:w="5256" w:type="dxa"/>
          </w:tcPr>
          <w:p w:rsidR="00C91004" w:rsidRDefault="00BC7BEF">
            <w:r>
              <w:t>Date</w:t>
            </w:r>
          </w:p>
        </w:tc>
        <w:tc>
          <w:tcPr>
            <w:tcW w:w="5256" w:type="dxa"/>
          </w:tcPr>
          <w:p w:rsidR="00C91004" w:rsidRDefault="00BC7BEF">
            <w:r>
              <w:t>________________________________________</w:t>
            </w:r>
          </w:p>
        </w:tc>
      </w:tr>
    </w:tbl>
    <w:p w:rsidR="00C91004" w:rsidRDefault="00BC7BEF">
      <w:pPr>
        <w:jc w:val="center"/>
      </w:pPr>
      <w:r>
        <w:rPr>
          <w:i/>
          <w:sz w:val="18"/>
        </w:rPr>
        <w:br/>
        <w:t>Columbus Transportation &amp; Logistics LLC • Equal Opportunity Employer</w:t>
      </w:r>
    </w:p>
    <w:sectPr w:rsidR="00C91004" w:rsidSect="00034616">
      <w:pgSz w:w="12240" w:h="15840"/>
      <w:pgMar w:top="648" w:right="864" w:bottom="648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BC7BEF"/>
    <w:rsid w:val="00C91004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F0E1710C-F7DF-C94A-A45D-675D0F4388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693F"/>
    <w:rPr>
      <w:rFonts w:ascii="Arial" w:eastAsia="Arial" w:hAnsi="Arial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tyles" Target="styles.xml" /><Relationship Id="rId7" Type="http://schemas.openxmlformats.org/officeDocument/2006/relationships/fontTable" Target="fontTable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image" Target="media/image1.jpeg" /><Relationship Id="rId5" Type="http://schemas.openxmlformats.org/officeDocument/2006/relationships/webSettings" Target="webSettings.xml" /><Relationship Id="rId4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A5C622A-46AF-8246-A346-A88D53D08DC0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724</Words>
  <Characters>4129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4844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Omoniyi Israel</cp:lastModifiedBy>
  <cp:revision>2</cp:revision>
  <dcterms:created xsi:type="dcterms:W3CDTF">2026-05-22T01:32:00Z</dcterms:created>
  <dcterms:modified xsi:type="dcterms:W3CDTF">2026-05-22T01:32:00Z</dcterms:modified>
  <cp:category/>
</cp:coreProperties>
</file>